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360" w:lineRule="exact" w:line="600"/>
        <w:jc w:val="center"/>
      </w:pPr>
      <w:r>
        <w:rPr>
          <w:rFonts w:ascii="宋体" w:hAnsi="宋体" w:eastAsia="宋体"/>
          <w:sz w:val="44"/>
        </w:rPr>
        <w:t>朴素的决心</w:t>
      </w:r>
    </w:p>
    <w:p>
      <w:pPr>
        <w:spacing w:lineRule="exact" w:line="560"/>
        <w:ind w:firstLine="640"/>
      </w:pPr>
      <w:r>
        <w:rPr>
          <w:rFonts w:ascii="宋体" w:hAnsi="宋体" w:eastAsia="宋体"/>
          <w:sz w:val="32"/>
        </w:rPr>
        <w:t>20年前，一场持续了8个月的非典疫情，终于在夏天之前归复平静。</w:t>
      </w:r>
    </w:p>
    <w:p>
      <w:pPr>
        <w:spacing w:lineRule="exact" w:line="560"/>
        <w:ind w:firstLine="640"/>
      </w:pPr>
      <w:r>
        <w:rPr>
          <w:rFonts w:ascii="宋体" w:hAnsi="宋体" w:eastAsia="宋体"/>
          <w:sz w:val="32"/>
        </w:rPr>
        <w:t>对于我们这一代人而言，这是瘟疫第一次逼进城市中心。</w:t>
      </w:r>
    </w:p>
    <w:p>
      <w:pPr>
        <w:spacing w:lineRule="exact" w:line="560"/>
        <w:ind w:firstLine="640"/>
      </w:pPr>
      <w:r>
        <w:rPr>
          <w:rFonts w:ascii="宋体" w:hAnsi="宋体" w:eastAsia="宋体"/>
          <w:sz w:val="32"/>
        </w:rPr>
        <w:t>在死亡数字让人窒息的日子，我和同伴进入北京和平里宾馆采访，那里是救治一线人员的隔离休息区。</w:t>
      </w:r>
    </w:p>
    <w:p>
      <w:pPr>
        <w:spacing w:lineRule="exact" w:line="560"/>
        <w:ind w:firstLine="640"/>
      </w:pPr>
      <w:r>
        <w:rPr>
          <w:rFonts w:ascii="宋体" w:hAnsi="宋体" w:eastAsia="宋体"/>
          <w:sz w:val="32"/>
        </w:rPr>
        <w:t>ICU手术室里的紧张和无助，面对感染不测的淡定与坦然，医护人员的讲述还原了生死边界的现场。</w:t>
      </w:r>
    </w:p>
    <w:p>
      <w:pPr>
        <w:spacing w:lineRule="exact" w:line="560"/>
        <w:ind w:firstLine="640"/>
      </w:pPr>
      <w:r>
        <w:rPr>
          <w:rFonts w:ascii="宋体" w:hAnsi="宋体" w:eastAsia="宋体"/>
          <w:sz w:val="32"/>
        </w:rPr>
        <w:t>没有被批准进入那样的现场，是我记者生涯的最大遗憾。</w:t>
      </w:r>
    </w:p>
    <w:p>
      <w:pPr>
        <w:spacing w:lineRule="exact" w:line="560"/>
        <w:ind w:firstLine="640"/>
      </w:pPr>
      <w:r>
        <w:rPr>
          <w:rFonts w:ascii="宋体" w:hAnsi="宋体" w:eastAsia="宋体"/>
          <w:sz w:val="32"/>
        </w:rPr>
        <w:t>20年后，又一场持续三年的新冠疫情，在骤然出现海啸般的全民感染之后，开始把生活的主宰权还给我们。</w:t>
      </w:r>
    </w:p>
    <w:p>
      <w:pPr>
        <w:spacing w:lineRule="exact" w:line="560"/>
        <w:ind w:firstLine="640"/>
      </w:pPr>
      <w:r>
        <w:rPr>
          <w:rFonts w:ascii="宋体" w:hAnsi="宋体" w:eastAsia="宋体"/>
          <w:sz w:val="32"/>
        </w:rPr>
        <w:t>机器重新轰鸣，钢铁重新坚硬，街巷重新繁华，道路重新拥堵，一扇扇紧闭三年的大门重新打开，飞奔着夺回在停滞和静默中失去的时光。</w:t>
      </w:r>
    </w:p>
    <w:p>
      <w:pPr>
        <w:spacing w:lineRule="exact" w:line="560"/>
        <w:ind w:firstLine="640"/>
      </w:pPr>
      <w:r>
        <w:rPr>
          <w:rFonts w:ascii="宋体" w:hAnsi="宋体" w:eastAsia="宋体"/>
          <w:sz w:val="32"/>
        </w:rPr>
        <w:t>可惜，那些永远“埋”在这个冬天的人们，再也不能重新醒来。</w:t>
      </w:r>
    </w:p>
    <w:p>
      <w:pPr>
        <w:spacing w:lineRule="exact" w:line="560"/>
        <w:ind w:firstLine="640"/>
      </w:pPr>
      <w:r>
        <w:rPr>
          <w:rFonts w:ascii="宋体" w:hAnsi="宋体" w:eastAsia="宋体"/>
          <w:sz w:val="32"/>
        </w:rPr>
        <w:t>这应当就是生活的苦难吧，知道至暗将尽，却等不到黎明日出。</w:t>
      </w:r>
    </w:p>
    <w:p>
      <w:pPr>
        <w:spacing w:lineRule="exact" w:line="560"/>
        <w:ind w:firstLine="640"/>
      </w:pPr>
      <w:r>
        <w:rPr>
          <w:rFonts w:ascii="宋体" w:hAnsi="宋体" w:eastAsia="宋体"/>
          <w:sz w:val="32"/>
        </w:rPr>
        <w:t>20年，历史的惊鸿一瞥，人生的坎坷一途。</w:t>
      </w:r>
    </w:p>
    <w:p>
      <w:pPr>
        <w:spacing w:lineRule="exact" w:line="560"/>
        <w:ind w:firstLine="640"/>
      </w:pPr>
      <w:r>
        <w:rPr>
          <w:rFonts w:ascii="宋体" w:hAnsi="宋体" w:eastAsia="宋体"/>
          <w:sz w:val="32"/>
        </w:rPr>
        <w:t>无力与韧性，顺应与自救，苦难与乐观，渺小与伟大……它们相互交织在一起，把原本平淡的日子变得刺痛一般真实起来。</w:t>
      </w:r>
    </w:p>
    <w:p>
      <w:pPr>
        <w:spacing w:lineRule="exact" w:line="560"/>
        <w:ind w:firstLine="640"/>
      </w:pPr>
      <w:r>
        <w:rPr>
          <w:rFonts w:ascii="宋体" w:hAnsi="宋体" w:eastAsia="宋体"/>
          <w:sz w:val="32"/>
        </w:rPr>
        <w:t>就像文学家们说的那样，病毒起到了“揭露的作用”，让我们看见了社会的裂缝，意识到要用自己的肩膀扛起需要全力奔赴的生活。</w:t>
      </w:r>
    </w:p>
    <w:p>
      <w:pPr>
        <w:spacing w:lineRule="exact" w:line="560"/>
        <w:ind w:firstLine="640"/>
      </w:pPr>
      <w:r>
        <w:rPr>
          <w:rFonts w:ascii="宋体" w:hAnsi="宋体" w:eastAsia="宋体"/>
          <w:sz w:val="32"/>
        </w:rPr>
        <w:t>这一期，《中国工人》特别刊出《奔跑！</w:t>
      </w:r>
    </w:p>
    <w:p>
      <w:pPr>
        <w:spacing w:lineRule="exact" w:line="560"/>
        <w:ind w:firstLine="640"/>
      </w:pPr>
      <w:r>
        <w:rPr>
          <w:rFonts w:ascii="宋体" w:hAnsi="宋体" w:eastAsia="宋体"/>
          <w:sz w:val="32"/>
        </w:rPr>
        <w:t>向着光的方向》，用重新跑入滚滚生活洪流的5位年轻一代，向过去三年里的停滞和静默“告别”，冀望和那样的日子“再也不见”。</w:t>
      </w:r>
    </w:p>
    <w:p>
      <w:pPr>
        <w:spacing w:lineRule="exact" w:line="560"/>
        <w:ind w:firstLine="640"/>
      </w:pPr>
      <w:r>
        <w:rPr>
          <w:rFonts w:ascii="宋体" w:hAnsi="宋体" w:eastAsia="宋体"/>
          <w:sz w:val="32"/>
        </w:rPr>
        <w:t>人生就是这样，我们总要保持奔跑的姿态，因为只有前方才是光明和未来。</w:t>
      </w:r>
    </w:p>
    <w:p>
      <w:pPr>
        <w:spacing w:lineRule="exact" w:line="560"/>
        <w:ind w:firstLine="640"/>
      </w:pPr>
      <w:r>
        <w:rPr>
          <w:rFonts w:ascii="宋体" w:hAnsi="宋体" w:eastAsia="宋体"/>
          <w:sz w:val="32"/>
        </w:rPr>
        <w:t>对于已经创刊99年的《中国工人》而言，同样需要不停向前奔跑，跑过上海和武汉的白色恐怖，跑过延安宝塔山的盎然生机，跑过新中国百业复兴的沸腾年代，跑向创刊百年的全新历程。</w:t>
      </w:r>
    </w:p>
    <w:p>
      <w:pPr>
        <w:spacing w:lineRule="exact" w:line="560"/>
        <w:ind w:firstLine="640"/>
      </w:pPr>
      <w:r>
        <w:rPr>
          <w:rFonts w:ascii="宋体" w:hAnsi="宋体" w:eastAsia="宋体"/>
          <w:sz w:val="32"/>
        </w:rPr>
        <w:t>刚刚过去的2月7日，《中国工人》学习强国号正式上线。</w:t>
      </w:r>
    </w:p>
    <w:p>
      <w:pPr>
        <w:spacing w:lineRule="exact" w:line="560"/>
        <w:ind w:firstLine="640"/>
      </w:pPr>
      <w:r>
        <w:rPr>
          <w:rFonts w:ascii="宋体" w:hAnsi="宋体" w:eastAsia="宋体"/>
          <w:sz w:val="32"/>
        </w:rPr>
        <w:t>我们试图用这样的“仪式感”，向83年前的2月7日致敬。</w:t>
      </w:r>
    </w:p>
    <w:p>
      <w:pPr>
        <w:spacing w:lineRule="exact" w:line="560"/>
        <w:ind w:firstLine="640"/>
      </w:pPr>
      <w:r>
        <w:rPr>
          <w:rFonts w:ascii="宋体" w:hAnsi="宋体" w:eastAsia="宋体"/>
          <w:sz w:val="32"/>
        </w:rPr>
        <w:t>正是在那一天，《中国工人》在延安再次创刊，毛泽东亲笔题写刊名并撰写发刊词。</w:t>
      </w:r>
    </w:p>
    <w:p>
      <w:pPr>
        <w:spacing w:lineRule="exact" w:line="560"/>
        <w:ind w:firstLine="640"/>
      </w:pPr>
      <w:r>
        <w:rPr>
          <w:rFonts w:ascii="宋体" w:hAnsi="宋体" w:eastAsia="宋体"/>
          <w:sz w:val="32"/>
        </w:rPr>
        <w:t>他说，“我希望这个报纸好好地办下去……一个报纸既已办起来，就要当作一件事办，一定要把它办好。”</w:t>
      </w:r>
    </w:p>
    <w:p>
      <w:pPr>
        <w:spacing w:lineRule="exact" w:line="560"/>
        <w:ind w:firstLine="640"/>
      </w:pPr>
      <w:r>
        <w:rPr>
          <w:rFonts w:ascii="宋体" w:hAnsi="宋体" w:eastAsia="宋体"/>
          <w:sz w:val="32"/>
        </w:rPr>
        <w:t>这是我们的初心。</w:t>
      </w:r>
    </w:p>
    <w:p>
      <w:pPr>
        <w:spacing w:lineRule="exact" w:line="560"/>
        <w:ind w:firstLine="640"/>
      </w:pPr>
      <w:r>
        <w:rPr>
          <w:rFonts w:ascii="宋体" w:hAnsi="宋体" w:eastAsia="宋体"/>
          <w:sz w:val="32"/>
        </w:rPr>
        <w:t>秉持初心，《中国工人》正在拼力拥抱日新月异的时代，把99年前粗陋排印文字里的精神气质，延续到一切都在数字化的智慧空间，永远不会停止自我革新的步伐。</w:t>
      </w:r>
    </w:p>
    <w:p>
      <w:pPr>
        <w:spacing w:lineRule="exact" w:line="560"/>
        <w:ind w:firstLine="640"/>
      </w:pPr>
      <w:r>
        <w:rPr>
          <w:rFonts w:ascii="宋体" w:hAnsi="宋体" w:eastAsia="宋体"/>
          <w:sz w:val="32"/>
        </w:rPr>
        <w:t>就在本期杂志付印之际，《中国工人》联合全国工会电子职工书屋、技能强国-全国产业工人学习社区和学习强会推出的党的二十大精神学习平台的访问量，已经悄然突破5.4亿次。</w:t>
      </w:r>
    </w:p>
    <w:p>
      <w:pPr>
        <w:spacing w:lineRule="exact" w:line="560"/>
        <w:ind w:firstLine="640"/>
      </w:pPr>
      <w:r>
        <w:rPr>
          <w:rFonts w:ascii="宋体" w:hAnsi="宋体" w:eastAsia="宋体"/>
          <w:sz w:val="32"/>
        </w:rPr>
        <w:t>更早之前，《中国工人》承建的首届大国工匠创新交流大会3D虚拟沉浸式展馆，同样悄然打开了构建工会“元宇宙”的小小窗口。</w:t>
      </w:r>
    </w:p>
    <w:p>
      <w:pPr>
        <w:spacing w:lineRule="exact" w:line="560"/>
        <w:ind w:firstLine="640"/>
      </w:pPr>
      <w:r>
        <w:rPr>
          <w:rFonts w:ascii="宋体" w:hAnsi="宋体" w:eastAsia="宋体"/>
          <w:sz w:val="32"/>
        </w:rPr>
        <w:t>在奔跑的2023年，《中国工人》还将持续推出新的融媒体知识产品，积水成渊，聚沙成塔。</w:t>
      </w:r>
    </w:p>
    <w:p>
      <w:pPr>
        <w:spacing w:lineRule="exact" w:line="560"/>
        <w:ind w:firstLine="640"/>
      </w:pPr>
      <w:r>
        <w:rPr>
          <w:rFonts w:ascii="宋体" w:hAnsi="宋体" w:eastAsia="宋体"/>
          <w:sz w:val="32"/>
        </w:rPr>
        <w:t>从笙管琴瑟的袅袅余音，到万里铁轨的锵锵巨响，再到茫茫林海的寂寞守望，有中国工人的地方，《中国工人》的记者就要出现在那里，以笔墨和影像记录时代。</w:t>
      </w:r>
    </w:p>
    <w:p>
      <w:pPr>
        <w:spacing w:lineRule="exact" w:line="560"/>
        <w:ind w:firstLine="640"/>
      </w:pPr>
      <w:r>
        <w:rPr>
          <w:rFonts w:ascii="宋体" w:hAnsi="宋体" w:eastAsia="宋体"/>
          <w:sz w:val="32"/>
        </w:rPr>
        <w:t>惟其如此，当这本1924年创刊的红色杂志迎来100年的历史节点，我们才能有勇气告慰革命烽烟里的先驱前辈。</w:t>
      </w:r>
    </w:p>
    <w:p>
      <w:pPr>
        <w:spacing w:lineRule="exact" w:line="560"/>
        <w:ind w:firstLine="640"/>
      </w:pPr>
      <w:r>
        <w:rPr>
          <w:rFonts w:ascii="宋体" w:hAnsi="宋体" w:eastAsia="宋体"/>
          <w:sz w:val="32"/>
        </w:rPr>
        <w:t>有人见尘埃，有人见星辰。</w:t>
      </w:r>
    </w:p>
    <w:p>
      <w:pPr>
        <w:spacing w:lineRule="exact" w:line="560"/>
        <w:ind w:firstLine="640"/>
      </w:pPr>
      <w:r>
        <w:rPr>
          <w:rFonts w:ascii="宋体" w:hAnsi="宋体" w:eastAsia="宋体"/>
          <w:sz w:val="32"/>
        </w:rPr>
        <w:t>无论何时何地，只有日拱一卒，才会进一寸有一寸的欢喜。</w:t>
      </w:r>
    </w:p>
    <w:p>
      <w:pPr>
        <w:spacing w:lineRule="exact" w:line="560"/>
        <w:ind w:firstLine="640"/>
      </w:pPr>
      <w:r>
        <w:rPr>
          <w:rFonts w:ascii="宋体" w:hAnsi="宋体" w:eastAsia="宋体"/>
          <w:sz w:val="32"/>
        </w:rPr>
        <w:t>时代在变，初心不变。</w:t>
      </w:r>
    </w:p>
    <w:p>
      <w:pPr>
        <w:spacing w:lineRule="exact" w:line="560"/>
        <w:ind w:firstLine="640"/>
      </w:pPr>
      <w:r>
        <w:rPr>
          <w:rFonts w:ascii="宋体" w:hAnsi="宋体" w:eastAsia="宋体"/>
          <w:sz w:val="32"/>
        </w:rPr>
        <w:t>这是我们的决心，朴素的决心。</w:t>
      </w:r>
    </w:p>
    <w:p>
      <w:pPr>
        <w:spacing w:before="240" w:lineRule="exact" w:line="400"/>
      </w:pPr>
      <w:r>
        <w:rPr>
          <w:rFonts w:ascii="宋体" w:hAnsi="宋体" w:eastAsia="宋体"/>
          <w:sz w:val="21"/>
        </w:rPr>
        <w:t>【标签】栏目：刊首语 ｜ 主题：工匠与技艺 ｜ 刊期：2023 No.1,3 ｜ 年份：2023</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宋体" w:hAnsi="宋体" w:eastAsia="宋体"/>
      <w:sz w:val="3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朴素的决心</dc:title>
  <dc:subject/>
  <dc:creator>李瑾</dc:creator>
  <cp:keywords>中国工人；刊首语；工匠与技艺</cp:keywords>
  <dc:description>generated by python-docx</dc:description>
  <cp:lastModifiedBy/>
  <cp:revision>1</cp:revision>
  <dcterms:created xsi:type="dcterms:W3CDTF">2013-12-23T23:15:00Z</dcterms:created>
  <dcterms:modified xsi:type="dcterms:W3CDTF">2013-12-23T23:15:00Z</dcterms:modified>
  <cp:category>刊首语</cp:category>
</cp:coreProperties>
</file>