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360" w:lineRule="exact" w:line="600"/>
        <w:jc w:val="center"/>
      </w:pPr>
      <w:r>
        <w:rPr>
          <w:rFonts w:ascii="宋体" w:hAnsi="宋体" w:eastAsia="宋体"/>
          <w:sz w:val="44"/>
        </w:rPr>
        <w:t>敬·十年</w:t>
      </w:r>
    </w:p>
    <w:p>
      <w:pPr>
        <w:spacing w:lineRule="exact" w:line="560"/>
        <w:ind w:firstLine="640"/>
      </w:pPr>
      <w:r>
        <w:rPr>
          <w:rFonts w:ascii="宋体" w:hAnsi="宋体" w:eastAsia="宋体"/>
          <w:sz w:val="32"/>
        </w:rPr>
        <w:t>时光如梭，十年一瞬。</w:t>
      </w:r>
    </w:p>
    <w:p>
      <w:pPr>
        <w:spacing w:lineRule="exact" w:line="560"/>
        <w:ind w:firstLine="640"/>
      </w:pPr>
      <w:r>
        <w:rPr>
          <w:rFonts w:ascii="宋体" w:hAnsi="宋体" w:eastAsia="宋体"/>
          <w:sz w:val="32"/>
        </w:rPr>
        <w:t>我们还记得十年前的自己吗？</w:t>
      </w:r>
    </w:p>
    <w:p>
      <w:pPr>
        <w:spacing w:lineRule="exact" w:line="560"/>
        <w:ind w:firstLine="640"/>
      </w:pPr>
      <w:r>
        <w:rPr>
          <w:rFonts w:ascii="宋体" w:hAnsi="宋体" w:eastAsia="宋体"/>
          <w:sz w:val="32"/>
        </w:rPr>
        <w:t>也许已经人到中年，也许刚刚青春年少，但每一个人都在冀望着梦想花开，生活美好，亲人平安，梦想十年后的自己像快乐温暖的阳光。</w:t>
      </w:r>
    </w:p>
    <w:p>
      <w:pPr>
        <w:spacing w:lineRule="exact" w:line="560"/>
        <w:ind w:firstLine="640"/>
      </w:pPr>
      <w:r>
        <w:rPr>
          <w:rFonts w:ascii="宋体" w:hAnsi="宋体" w:eastAsia="宋体"/>
          <w:sz w:val="32"/>
        </w:rPr>
        <w:t>日子像风一样，十年过去了。</w:t>
      </w:r>
    </w:p>
    <w:p>
      <w:pPr>
        <w:spacing w:lineRule="exact" w:line="560"/>
        <w:ind w:firstLine="640"/>
      </w:pPr>
      <w:r>
        <w:rPr>
          <w:rFonts w:ascii="宋体" w:hAnsi="宋体" w:eastAsia="宋体"/>
          <w:sz w:val="32"/>
        </w:rPr>
        <w:t>我们的梦想实现了多少？</w:t>
      </w:r>
    </w:p>
    <w:p>
      <w:pPr>
        <w:spacing w:lineRule="exact" w:line="560"/>
        <w:ind w:firstLine="640"/>
      </w:pPr>
      <w:r>
        <w:rPr>
          <w:rFonts w:ascii="宋体" w:hAnsi="宋体" w:eastAsia="宋体"/>
          <w:sz w:val="32"/>
        </w:rPr>
        <w:t>我们的生活变化了多少？</w:t>
      </w:r>
    </w:p>
    <w:p>
      <w:pPr>
        <w:spacing w:lineRule="exact" w:line="560"/>
        <w:ind w:firstLine="640"/>
      </w:pPr>
      <w:r>
        <w:rPr>
          <w:rFonts w:ascii="宋体" w:hAnsi="宋体" w:eastAsia="宋体"/>
          <w:sz w:val="32"/>
        </w:rPr>
        <w:t>我们的心还有多少前行的冲动？</w:t>
      </w:r>
    </w:p>
    <w:p>
      <w:pPr>
        <w:spacing w:lineRule="exact" w:line="560"/>
        <w:ind w:firstLine="640"/>
      </w:pPr>
      <w:r>
        <w:rPr>
          <w:rFonts w:ascii="宋体" w:hAnsi="宋体" w:eastAsia="宋体"/>
          <w:sz w:val="32"/>
        </w:rPr>
        <w:t>回答好这些问题，可以很简单。</w:t>
      </w:r>
    </w:p>
    <w:p>
      <w:pPr>
        <w:spacing w:lineRule="exact" w:line="560"/>
        <w:ind w:firstLine="640"/>
      </w:pPr>
      <w:r>
        <w:rPr>
          <w:rFonts w:ascii="宋体" w:hAnsi="宋体" w:eastAsia="宋体"/>
          <w:sz w:val="32"/>
        </w:rPr>
        <w:t>在时光的维度里，涵盖人生变化的标尺可能就那么直接—买房了、升职了、成家了、离别了……即便是十年之路，依然用几个词就能涵盖。</w:t>
      </w:r>
    </w:p>
    <w:p>
      <w:pPr>
        <w:spacing w:lineRule="exact" w:line="560"/>
        <w:ind w:firstLine="640"/>
      </w:pPr>
      <w:r>
        <w:rPr>
          <w:rFonts w:ascii="宋体" w:hAnsi="宋体" w:eastAsia="宋体"/>
          <w:sz w:val="32"/>
        </w:rPr>
        <w:t>回答好这个问题，也可以很难。</w:t>
      </w:r>
    </w:p>
    <w:p>
      <w:pPr>
        <w:spacing w:lineRule="exact" w:line="560"/>
        <w:ind w:firstLine="640"/>
      </w:pPr>
      <w:r>
        <w:rPr>
          <w:rFonts w:ascii="宋体" w:hAnsi="宋体" w:eastAsia="宋体"/>
          <w:sz w:val="32"/>
        </w:rPr>
        <w:t>回忆如潮，奔涌而来，曾经在哪里跌倒，曾经在哪里绝望，曾经在哪里忍不住放声大哭，曾经在哪里下决心从头再来。</w:t>
      </w:r>
    </w:p>
    <w:p>
      <w:pPr>
        <w:spacing w:lineRule="exact" w:line="560"/>
        <w:ind w:firstLine="640"/>
      </w:pPr>
      <w:r>
        <w:rPr>
          <w:rFonts w:ascii="宋体" w:hAnsi="宋体" w:eastAsia="宋体"/>
          <w:sz w:val="32"/>
        </w:rPr>
        <w:t>只要生来平凡，哪一个人不是在这样的曾经中爬出生命的低谷。</w:t>
      </w:r>
    </w:p>
    <w:p>
      <w:pPr>
        <w:spacing w:lineRule="exact" w:line="560"/>
        <w:ind w:firstLine="640"/>
      </w:pPr>
      <w:r>
        <w:rPr>
          <w:rFonts w:ascii="宋体" w:hAnsi="宋体" w:eastAsia="宋体"/>
          <w:sz w:val="32"/>
        </w:rPr>
        <w:t>即便时光能够给出答案，依然会一时语塞，欲说还休。</w:t>
      </w:r>
    </w:p>
    <w:p>
      <w:pPr>
        <w:spacing w:lineRule="exact" w:line="560"/>
        <w:ind w:firstLine="640"/>
      </w:pPr>
      <w:r>
        <w:rPr>
          <w:rFonts w:ascii="宋体" w:hAnsi="宋体" w:eastAsia="宋体"/>
          <w:sz w:val="32"/>
        </w:rPr>
        <w:t>于我而言，个人的变化与时代的浪潮相比，显然要慢了许多。</w:t>
      </w:r>
    </w:p>
    <w:p>
      <w:pPr>
        <w:spacing w:lineRule="exact" w:line="560"/>
        <w:ind w:firstLine="640"/>
      </w:pPr>
      <w:r>
        <w:rPr>
          <w:rFonts w:ascii="宋体" w:hAnsi="宋体" w:eastAsia="宋体"/>
          <w:sz w:val="32"/>
        </w:rPr>
        <w:t>但是，媒体从业者的职业身份，让我有幸结识了那么多辛勤劳作的强者，走进去观察他们的内心，走出来记录他们的生活，并且在接下来的漫长日子里，注视着他们的变化。</w:t>
      </w:r>
    </w:p>
    <w:p>
      <w:pPr>
        <w:spacing w:lineRule="exact" w:line="560"/>
        <w:ind w:firstLine="640"/>
      </w:pPr>
      <w:r>
        <w:rPr>
          <w:rFonts w:ascii="宋体" w:hAnsi="宋体" w:eastAsia="宋体"/>
          <w:sz w:val="32"/>
        </w:rPr>
        <w:t>十年，高凤林从身无一“职”变成了全国总工会兼职副主席。</w:t>
      </w:r>
    </w:p>
    <w:p>
      <w:pPr>
        <w:spacing w:lineRule="exact" w:line="560"/>
        <w:ind w:firstLine="640"/>
      </w:pPr>
      <w:r>
        <w:rPr>
          <w:rFonts w:ascii="宋体" w:hAnsi="宋体" w:eastAsia="宋体"/>
          <w:sz w:val="32"/>
        </w:rPr>
        <w:t>这位为航天火箭焊接“心脏”的焊工，如今是名动天下的大国工匠，互联网上被追崇膜拜的“焊武帝”。</w:t>
      </w:r>
    </w:p>
    <w:p>
      <w:pPr>
        <w:spacing w:lineRule="exact" w:line="560"/>
        <w:ind w:firstLine="640"/>
      </w:pPr>
      <w:r>
        <w:rPr>
          <w:rFonts w:ascii="宋体" w:hAnsi="宋体" w:eastAsia="宋体"/>
          <w:sz w:val="32"/>
        </w:rPr>
        <w:t>大国重器、超级工程、未来科技，让一大批优秀产业工人走上时代的前台。</w:t>
      </w:r>
    </w:p>
    <w:p>
      <w:pPr>
        <w:spacing w:lineRule="exact" w:line="560"/>
        <w:ind w:firstLine="640"/>
      </w:pPr>
      <w:r>
        <w:rPr>
          <w:rFonts w:ascii="宋体" w:hAnsi="宋体" w:eastAsia="宋体"/>
          <w:sz w:val="32"/>
        </w:rPr>
        <w:t>十年里的每一日，他们都在用一点点缩小的精度，一次次大写着中国智造向世界之巅的跃进。</w:t>
      </w:r>
    </w:p>
    <w:p>
      <w:pPr>
        <w:spacing w:lineRule="exact" w:line="560"/>
        <w:ind w:firstLine="640"/>
      </w:pPr>
      <w:r>
        <w:rPr>
          <w:rFonts w:ascii="宋体" w:hAnsi="宋体" w:eastAsia="宋体"/>
          <w:sz w:val="32"/>
        </w:rPr>
        <w:t>十年，朱雪芹从农民工全国人大代表变成了一家企业的高级管理者。</w:t>
      </w:r>
    </w:p>
    <w:p>
      <w:pPr>
        <w:spacing w:lineRule="exact" w:line="560"/>
        <w:ind w:firstLine="640"/>
      </w:pPr>
      <w:r>
        <w:rPr>
          <w:rFonts w:ascii="宋体" w:hAnsi="宋体" w:eastAsia="宋体"/>
          <w:sz w:val="32"/>
        </w:rPr>
        <w:t>这位当年被采访全国两会的记者疯狂追踪的“议政明星”，如今是生活在国际化大都市里的“新上海人”，早已没有了农民工的身份标签。</w:t>
      </w:r>
    </w:p>
    <w:p>
      <w:pPr>
        <w:spacing w:lineRule="exact" w:line="560"/>
        <w:ind w:firstLine="640"/>
      </w:pPr>
      <w:r>
        <w:rPr>
          <w:rFonts w:ascii="宋体" w:hAnsi="宋体" w:eastAsia="宋体"/>
          <w:sz w:val="32"/>
        </w:rPr>
        <w:t>但是，十年里的每一日，在中国数以亿计的农民工奋斗迁徙的漫长征途里，她的名字依然被不断提起，她的传奇依然是鼓舞无名之辈的力量。</w:t>
      </w:r>
    </w:p>
    <w:p>
      <w:pPr>
        <w:spacing w:lineRule="exact" w:line="560"/>
        <w:ind w:firstLine="640"/>
      </w:pPr>
      <w:r>
        <w:rPr>
          <w:rFonts w:ascii="宋体" w:hAnsi="宋体" w:eastAsia="宋体"/>
          <w:sz w:val="32"/>
        </w:rPr>
        <w:t>十年，刘阔从23岁的打工者变成了33岁的快递员，甚至在百度百科里有了自己的个人词条。</w:t>
      </w:r>
    </w:p>
    <w:p>
      <w:pPr>
        <w:spacing w:lineRule="exact" w:line="560"/>
        <w:ind w:firstLine="640"/>
      </w:pPr>
      <w:r>
        <w:rPr>
          <w:rFonts w:ascii="宋体" w:hAnsi="宋体" w:eastAsia="宋体"/>
          <w:sz w:val="32"/>
        </w:rPr>
        <w:t>这位来自河北农村的小伙子，在北京开启了自己的“开挂人生”—在前门石头胡同快递点和党的最高领导人握手，在万众瞩目的北京冬奥会开幕式上出场“护旗”。</w:t>
      </w:r>
    </w:p>
    <w:p>
      <w:pPr>
        <w:spacing w:lineRule="exact" w:line="560"/>
        <w:ind w:firstLine="640"/>
      </w:pPr>
      <w:r>
        <w:rPr>
          <w:rFonts w:ascii="宋体" w:hAnsi="宋体" w:eastAsia="宋体"/>
          <w:sz w:val="32"/>
        </w:rPr>
        <w:t>十年里的每一日，都有更多像刘阔一样的年轻人，向着生活的光亮处不停奔跑。</w:t>
      </w:r>
    </w:p>
    <w:p>
      <w:pPr>
        <w:spacing w:lineRule="exact" w:line="560"/>
        <w:ind w:firstLine="640"/>
      </w:pPr>
      <w:r>
        <w:rPr>
          <w:rFonts w:ascii="宋体" w:hAnsi="宋体" w:eastAsia="宋体"/>
          <w:sz w:val="32"/>
        </w:rPr>
        <w:t>同样是十年，我和我的同事一起成为《中国工人》这份百年红刊的传承者。</w:t>
      </w:r>
    </w:p>
    <w:p>
      <w:pPr>
        <w:spacing w:lineRule="exact" w:line="560"/>
        <w:ind w:firstLine="640"/>
      </w:pPr>
      <w:r>
        <w:rPr>
          <w:rFonts w:ascii="宋体" w:hAnsi="宋体" w:eastAsia="宋体"/>
          <w:sz w:val="32"/>
        </w:rPr>
        <w:t>在时代巨幕的每一段时光刻度里，我们愿意记录劳动十年的忠诚、勇敢、高尚、尊严、正直、无私，我们愿意记录劳动十年的坚定、宽容、友爱、善良、简朴、忍耐，因为我们始终相信，正是亿万平凡个体的奋斗和拼争，让中国社会永远青春蓬勃，永远笃行不怠。</w:t>
      </w:r>
    </w:p>
    <w:p>
      <w:pPr>
        <w:spacing w:lineRule="exact" w:line="560"/>
        <w:ind w:firstLine="640"/>
      </w:pPr>
      <w:r>
        <w:rPr>
          <w:rFonts w:ascii="宋体" w:hAnsi="宋体" w:eastAsia="宋体"/>
          <w:sz w:val="32"/>
        </w:rPr>
        <w:t>十年仰望。</w:t>
      </w:r>
    </w:p>
    <w:p>
      <w:pPr>
        <w:spacing w:lineRule="exact" w:line="560"/>
        <w:ind w:firstLine="640"/>
      </w:pPr>
      <w:r>
        <w:rPr>
          <w:rFonts w:ascii="宋体" w:hAnsi="宋体" w:eastAsia="宋体"/>
          <w:sz w:val="32"/>
        </w:rPr>
        <w:t>十年出发。</w:t>
      </w:r>
    </w:p>
    <w:p>
      <w:pPr>
        <w:spacing w:lineRule="exact" w:line="560"/>
        <w:ind w:firstLine="640"/>
      </w:pPr>
      <w:r>
        <w:rPr>
          <w:rFonts w:ascii="宋体" w:hAnsi="宋体" w:eastAsia="宋体"/>
          <w:sz w:val="32"/>
        </w:rPr>
        <w:t>十年抵达。</w:t>
      </w:r>
    </w:p>
    <w:p>
      <w:pPr>
        <w:spacing w:lineRule="exact" w:line="560"/>
        <w:ind w:firstLine="640"/>
      </w:pPr>
      <w:r>
        <w:rPr>
          <w:rFonts w:ascii="宋体" w:hAnsi="宋体" w:eastAsia="宋体"/>
          <w:sz w:val="32"/>
        </w:rPr>
        <w:t>我们向更高处的脚步，从未停止。</w:t>
      </w:r>
    </w:p>
    <w:p>
      <w:pPr>
        <w:spacing w:lineRule="exact" w:line="560"/>
        <w:ind w:firstLine="640"/>
      </w:pPr>
      <w:r>
        <w:rPr>
          <w:rFonts w:ascii="宋体" w:hAnsi="宋体" w:eastAsia="宋体"/>
          <w:sz w:val="32"/>
        </w:rPr>
        <w:t>回望来路，为我们逝去的年华敬杯酒吧。</w:t>
      </w:r>
    </w:p>
    <w:p>
      <w:pPr>
        <w:spacing w:lineRule="exact" w:line="560"/>
        <w:ind w:firstLine="640"/>
      </w:pPr>
      <w:r>
        <w:rPr>
          <w:rFonts w:ascii="宋体" w:hAnsi="宋体" w:eastAsia="宋体"/>
          <w:sz w:val="32"/>
        </w:rPr>
        <w:t>一杯敬朝阳，一杯敬月光。</w:t>
      </w:r>
    </w:p>
    <w:p>
      <w:pPr>
        <w:spacing w:lineRule="exact" w:line="560"/>
        <w:ind w:firstLine="640"/>
      </w:pPr>
      <w:r>
        <w:rPr>
          <w:rFonts w:ascii="宋体" w:hAnsi="宋体" w:eastAsia="宋体"/>
          <w:sz w:val="32"/>
        </w:rPr>
        <w:t>眺望前程，为我们伟大的时代敬杯酒吧。</w:t>
      </w:r>
    </w:p>
    <w:p>
      <w:pPr>
        <w:spacing w:lineRule="exact" w:line="560"/>
        <w:ind w:firstLine="640"/>
      </w:pPr>
      <w:r>
        <w:rPr>
          <w:rFonts w:ascii="宋体" w:hAnsi="宋体" w:eastAsia="宋体"/>
          <w:sz w:val="32"/>
        </w:rPr>
        <w:t>一杯敬未来，一杯敬希望。</w:t>
      </w:r>
    </w:p>
    <w:p>
      <w:pPr>
        <w:spacing w:lineRule="exact" w:line="560"/>
        <w:ind w:firstLine="640"/>
      </w:pPr>
      <w:r>
        <w:rPr>
          <w:rFonts w:ascii="宋体" w:hAnsi="宋体" w:eastAsia="宋体"/>
          <w:sz w:val="32"/>
        </w:rPr>
        <w:t>敬，这十年。</w:t>
      </w:r>
    </w:p>
    <w:p>
      <w:pPr>
        <w:spacing w:lineRule="exact" w:line="560"/>
        <w:ind w:firstLine="640"/>
      </w:pPr>
      <w:r>
        <w:rPr>
          <w:rFonts w:ascii="宋体" w:hAnsi="宋体" w:eastAsia="宋体"/>
          <w:sz w:val="32"/>
        </w:rPr>
        <w:t>祝福新的十年，民富国强，你我安康。</w:t>
      </w:r>
    </w:p>
    <w:p>
      <w:pPr>
        <w:spacing w:before="240" w:lineRule="exact" w:line="400"/>
      </w:pPr>
      <w:r>
        <w:rPr>
          <w:rFonts w:ascii="宋体" w:hAnsi="宋体" w:eastAsia="宋体"/>
          <w:sz w:val="21"/>
        </w:rPr>
        <w:t>【标签】栏目：刊首语 ｜ 主题：工匠与技艺 ｜ 刊期：2022 No.10—11 ｜ 年份：2022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宋体" w:hAnsi="宋体" w:eastAsia="宋体"/>
      <w:sz w:val="3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敬·十年</dc:title>
  <dc:subject/>
  <dc:creator>李瑾</dc:creator>
  <cp:keywords>中国工人；刊首语；工匠与技艺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>刊首语</cp:category>
</cp:coreProperties>
</file>