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月亮与六便士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很想当面向韩利萍说一声抱歉，为了一次我们没有完成的采访约定。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再过几天，这位航天特级技师的生活与理想，原本应当出现在首届大国工匠论坛的大屏幕上。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然而，千里之外一座油田之城的突然“静默”，让《中国工人》的10人拍摄团队根本无法登上十几个小时后的航班。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从沈阳、无锡、株洲、上海到大庆，从田桂英、何光华、易冉、姚启明到刘丽，在红色高温预警席卷中国的日子里，我们的团队沉入到这些巾帼工匠的生活深处，试图探寻她们心底最柔软的部分，为的是在用镜头展现她们多么刚毅的时候，不刻意撕去女性标签，还原她们原本就有的爱与温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直到猝不及防的疫情，让这次近距离跟拍6位巾帼工匠的“特别之旅”，不得不戛然而止，留下“长治、韩利萍”的遗憾。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这样的故事，像极了我们拍摄的这部短片《她们的征途》。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片名里的“她们”，指的是包括韩利萍在内的千百位巾帼工匠。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她们的征途，通向的是星辰大海，走过的却是坎坷崎岖。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只不过她们所面对的变故与无常，远远不是我们常人所遇到的几天“静默”，而是没有星光的暗夜，无处躲避的狂风，寂寞无助的绝望。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唯有恪守住自己宁静的心，不嗔不怒，不怨不躁，才能让玫瑰的嫩芽浸透牺牲的泪泉和血雨，才会有幸福来临之时的明艳与芬芳。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2022年的中国，“工匠”无疑是声量最强的热词之一，这当然缘于全国总工会接连推出的重磅举措。“五一”前夕，首届大国工匠创新交流大会在深圳揭幕。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短短四个月后，首届大国工匠论坛又要在长沙举办。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既然是“首届”，那就意味着大会和论坛都将成为中国工会的“保留项目”，意味着每一年都会有中国技术工人的高光时刻。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想象那一幕，当声名显赫的87位大国工匠人物全部聚在一起，那就是一座令人仰止的山峰，即便他们散入茫茫人海，依然能够用精神的光芒在天幕上勾勒出璀璨星河。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从创新交流大会到大国工匠论坛，《中国工人》杂志有幸承担若干琐事与小事，让我们每一个人都与有荣焉。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这一次拍摄《她们的征途》，走进新中国第一位女火车司机田桂英的家中时，92岁的老人早早在自己的胸前佩戴上满满的勋章。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那一刻，我们冀望时间能够停止，把历史的气息清晰地留存下来。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还有那个北京最热的正午，我们蜷缩在憋闷的新闻电影资料室里，从70年前的影像里一帧帧寻找田桂英、赵梦桃和梁军的青春，那是一代人的青春，那是一种精神散发光芒的开始，多想沸腾的时光可以从头再来。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100多年前，毛姆在《月亮与六便士》里写道：“在满地都是六便士的街上，他却抬头看见了月亮。”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月亮与六便士，一个代表理想，一个代表现实。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在中国，每一位职业女性的月亮与六便士，抬头与俯首之间，没有对错，只是选择。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总有一些人，就像竭力流动向前的溪流，寻找到越来越多的同伴，一起奔入时代的大海，成就了彼此的壮阔波澜，亲手摘下了心中的月亮。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向我们的时代致敬。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向每一位巾帼工匠的生活与理想致敬。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刊期：2022 No.8—9 ｜ 年份：2022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月亮与六便士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