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大音希声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这是新年的第一期，很高兴我们能够和即将迎来98岁生日的《中国工人》一道，与你又一次相逢。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此时，空气清冽，天空很蓝。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祝愿灿烂的阳光打在你的脸上，心里漾出长长的温暖。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祝愿长长的温暖照进你的生活，日子充盈浓浓的幸福。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时光荏苒，光阴无言。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西安的疫情终于在那么多令人揪心的真实故事后渐显平复，河南和天津又开始了与奥密克戎和德尔塔的拼死抗争，就连严防死守的北京也在平静的周末骤然打响了“遭遇战”，再次拉响了与新冠病毒作战的警笛。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在这悄然与轰然并行的时代里，生活中最大的确定性或许就是不确定性。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每一个人最渴望得到的诚意祝福，莫过于万水千山，岁月静好。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2021年过去了，我们很怀恋它。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我们用12期《中国工人》，记录下一个又一个劳动故事，描绘着一张又一张劳动面孔。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在阳光照射的地方，他们手捧鲜花，胸佩奖章，是坚韧的英雄，是创造的榜样。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转过身去，掌声退潮，回归生活的磨砺，他们是负重前行的无名之辈。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我们竭尽所能，试图用自己的文字和图像，去陪伴所有这些平凡路上的有趣灵魂。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我们发现故事，相信在荒芜的地方拥抱审美的灵魂，可以自行配制解药；我们讲述故事，相信在喧嚣的世界秉持信仰的精神，可以自行建造田园。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2022年走来了，我们很期待它。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一如既往，我们带着这份98岁老刊的新面貌，再次踏上寻找、发现、记录的全新旅程。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就在新年的第一期，我们记录全国职工演讲比赛，动容于一段又一段用人生历程写就的奋斗感悟。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我们探访冬奥建设者的内心世界，惊叹于每一次创新背后竟然闪耀着那么绚烂的智慧火花。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我们走进货车司机的漂泊生活，分享他们或惊险或温暖的公路故事，更希望把劳作的艰辛和生活的不易推向社会的聚光灯下。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果，《中国工人》正在选择用这些故事恪守着自己的理想，永远站在最大多数劳动人民的一面，那么，我们希望与你的相见能够地久天长，希望用时间酿造的文字，让你看到一个深情的《中国工人》，一个敏锐的《中国工人》；一个温暖的《中国工人》，一个坚定的《中国工人》，有勇气凝视艰难困顿，始终向阳而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新一年的第一个工作日，《中国工人》的采访小组从北京奔赴浙江。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正如我们在2021年9月刊承诺的那样，在北上探访塞罕坝林场职工与习近平总书记的“一次约定”后，我们开启了沿着领袖足迹进行精神回访的长途。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12年前，构建和谐劳动关系的传化样本，在习近平总书记的亲切关注中享誉全国。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12年后，传化样本标杆依旧挺立，面向共同富裕的未来再次起航。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我们同样希望，历经战争、建设、改革，《中国工人》能够在新时代里不负98年的历史，不负那些在觉醒年代创办这份启蒙刊物的前辈。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逝者如斯夫，不舍昼夜。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新的一年，你在，我在，我们都在。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新的一年，一边回望，一边期待，满腔热忱，大音希声。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主题：劳模与精神传承 ｜ 刊期：2022 No.1—2 ｜ 年份：2022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大音希声</dc:title>
  <dc:subject/>
  <dc:creator>李瑾</dc:creator>
  <cp:keywords>中国工人；刊首语；劳模与精神传承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