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 w:lineRule="exact" w:line="600"/>
        <w:jc w:val="center"/>
      </w:pPr>
      <w:r>
        <w:rPr>
          <w:rFonts w:ascii="宋体" w:hAnsi="宋体" w:eastAsia="宋体"/>
          <w:sz w:val="44"/>
        </w:rPr>
        <w:t>为国牺牲，岂止在战场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忙碌让时光如同流水一样，不经意间已经就要付印今年最后一期《中国工人》了。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即将结束一年劳作的轻松，忽然被云南哀牢山4位地质队员因公殉难的消息击得粉碎。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编发这条新媒体内容的时候，编辑平台上的每个人都沉默着，就像永远失去了自己的朋友。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张金榜，杨敏，张瑜，刘宇……这是4个普通不过的名字，从25岁到32岁的青春年华。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他们留给亲人的最后影像，或许就是抖音刷屏的那一段监控视频。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出发之前，他们在食杂店里买了100元的食品。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他们最后倒下的地方，距离调查样地仅有1.85公里的直线距离。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生命脆弱而无常。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日复一日丈量每一寸土地的人，也有他们走不出的大山，也有他们抵达不了的远方。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两年以前，我曾经在西藏那曲采访国测一大队的队员们。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严重的高原反应，让他们吐得几乎清空了五脏六腑，再也吐不出任何东西。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然而，他们还是不会从牙缝中挤出半个字的放弃，还是每一个清晨平静地走向旷野。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如今回想，那样的坚持，不就是在与死亡较量？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每一次出发，不都是在与死神同行？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静水深流，潜伏着看不见的危险；安谧岁月，意外还是有可能比明天提前到来。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即将结束的2021年里，我们在安徽亳州失去了消防队员陈建军，这位24岁的年轻人为了营救跳楼轻生女子不幸坠落。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我们在新疆喀什失去了全国劳动模范拉齐尼·巴依卡，这位当选为全国人大代表的护边员，拼力把落入冰窟的小孩托举出水面，自己却沉入了冰冷的湖底。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我们在云南大理失去了整整一个火灾救援机组，机长刘洪、飞行员李凯涛、空中机械师刘超和孙中杰，他们将自己的生命定格在直升机洱海取水的那一刻。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和平年代，国泰民安，无需牺牲，牺牲却又无所不在。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很多危险，很多不测，原本就写在劳动者的职业字典里，考验着生命的韧性与刚强。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往往只有在牺牲的那一刻，人们才会真正关注到这些无名英雄的故事，唏嘘守护他们用生命丈量过的林海山河，怀念传承他们用生命塑造出的精神品质。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站在最大多数劳动人民的一面，这是《中国工人》从1924年创刊开始就恪守的使命。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时光荏苒，今天的中国早已不是积贫积弱的旧时代，但这本杂志的根基依然要扎在工人阶级的丰沃土壤里。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所以，我们的记者钻进低矮昏暗的矿区深巷，走入杳无人烟的苍茫林海，爬上几十米高的输电铁塔，为平凡者塑像，为劳动者立言。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我们和《中国工人》的使命，就是永远陪伴在这些平凡者的身边，陪伴着这种伟大的力量成长。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每一段生命旅途中都会有风暴，每一种职业尊严里都写满沧桑。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同样是命运打开的生活大门，潦倒者看到残酷，激扬者看到光明，失意者看到败落，乐观者看到希望，畏缩者看到虚无，勇敢者看到未来。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那些把生命定格在2021年的牺牲者，则用自己最后的光亮汇聚成大江大河里的航标，鼓舞我们继续前行，永不停止奔跑。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再见，2021。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你好，2022。</w:t>
      </w:r>
    </w:p>
    <w:p>
      <w:pPr>
        <w:spacing w:before="240" w:lineRule="exact" w:line="400"/>
      </w:pPr>
      <w:r>
        <w:rPr>
          <w:rFonts w:ascii="宋体" w:hAnsi="宋体" w:eastAsia="宋体"/>
          <w:sz w:val="21"/>
        </w:rPr>
        <w:t>【标签】栏目：刊首语 ｜ 主题：工会与权益 ｜ 刊期：2021 No.12 ｜ 年份：2021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3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为国牺牲，岂止在战场</dc:title>
  <dc:subject/>
  <dc:creator>李瑾</dc:creator>
  <cp:keywords>中国工人；刊首语；工会与权益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>刊首语</cp:category>
</cp:coreProperties>
</file>