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星辰大海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北京天安门东侧，始建于明永乐十八年（公元1420年）的太庙，这个五一节成为劳动群星璀璨生辉的地方。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正在劳动人民文化宫举办的百年劳模图片展，浓缩了118位劳动模范奉献生命的时光印记，静静地接受着参观者的敬仰和尊重。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与故宫一道红墙相隔，太庙的人流远远比不上那边的熙熙攘攘。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然而，从那些定格历史瞬间的图片里，人们却获取了更多的精神力量。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在展览结束的展厅位置，主办者细心地放置了一本“留言簿”，上面写满了不同字迹的感动与感慨—“向共和国的劳动功勋致敬！”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“劳动者是创造世界的英雄！”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“人民群众是历史的创造者，劳动最光荣！”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“加油，中国共产党；万岁，工人们！”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所有这些留言都是自发的，来自那些被榜样精神深深打动的内心。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我能够想象出来，促使他们—职工、学生和孩子—写下这些留言的，是那些在平凡岗位默默攀登山峰、跨越河流的劳动身影。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我还能够想象出来，当他们走出太庙大门的时候，一定已经悄悄注满了前行的信心和勇气，要在人生之路上成为事业的强者。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能够为这次百名劳模图片展做一些事情，让《中国工人》与有荣焉。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整个展览最终遴选出的118位榜样人物，贯穿了中国共产党发展壮大的百年历程。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118个人的故事，共同汇聚成中华民族自立图强的奋斗历史；118个人的面孔，清晰印刻着时代浪潮奔流涌动的脉络方向。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主办方希冀通过这些至今感动中国的名字和影像，展现出中国工人阶级与党同行、栉风沐雨、开创伟业的壮阔画卷，展现出亿万劳动人民“此生属于祖国，此生无怨无悔”的肺腑心声。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在太庙的这次展览，浓缩着中国劳动模范表彰制度的发展沿革。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1934年，劳动模范的称号首次在中央苏区的生产实践中出现，那些第一次接受表彰的优秀劳动者，每人得到了一条围裙和一顶竹笠。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9年以后，习仲勋、王震等22人当选劳动英雄，每人获得一份毛泽东亲笔题词的奖状，奖品则是一条毛毯。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到了今天，劳动模范获得的物质奖励已经是真金白银，但比不断增加的奖金更有价值的还是那枚金光闪闪的奖章。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人民创造历史，劳动开创未来。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中国劳动模范表彰制度的历史，就是中国共产党全心全意依靠工人阶级实现宏图伟业的历史，就是亿万劳动人民把真干作为本分、把实干作为责任、把苦干作为追求的历史。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迄今评选出的3万多名全国劳动模范和先进工作者，汇成一道熠熠生辉的璀璨星河。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低矮潮湿的昏暗巷道里，他们是集聚光亮的黑色粉尘；在杳无人烟的苍茫林海中，他们是孕育希望的伐木号子；在漂洋过海的漫长航线上，他们是期望美好的思乡情感……正是在他们的榜样感召下，更多默默无闻的劳动者聚合起来，改变山河，创造世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红五月的这一期《中国工人》，我们用64页的篇幅全景展现百名劳模图片展的内容，试图用这样的方式向118位劳动模范致敬，向所有在劳动岗位上默默奉献的无名之辈致敬。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对历史的最好纪念，就是创造新的历史。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对未来的最好期待，就是担当新的使命。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梦想为舟，我们的征途是星辰大海。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奋斗作桨，这是我们和我们的时代。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刊期：2021 No.3—4,5 ｜ 年份：2021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星辰大海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