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lineRule="exact" w:line="600"/>
        <w:jc w:val="center"/>
      </w:pPr>
      <w:r>
        <w:rPr>
          <w:rFonts w:ascii="宋体" w:hAnsi="宋体" w:eastAsia="宋体"/>
          <w:sz w:val="44"/>
        </w:rPr>
        <w:t>这一年，又一年</w:t>
      </w:r>
    </w:p>
    <w:p>
      <w:pPr>
        <w:spacing w:lineRule="exact" w:line="560"/>
        <w:ind w:firstLine="640"/>
      </w:pPr>
      <w:r>
        <w:rPr>
          <w:rFonts w:ascii="宋体" w:hAnsi="宋体" w:eastAsia="宋体"/>
          <w:sz w:val="32"/>
        </w:rPr>
        <w:t>不知不觉，又走到一年的终结时候。</w:t>
      </w:r>
    </w:p>
    <w:p>
      <w:pPr>
        <w:spacing w:lineRule="exact" w:line="560"/>
        <w:ind w:firstLine="640"/>
      </w:pPr>
      <w:r>
        <w:rPr>
          <w:rFonts w:ascii="宋体" w:hAnsi="宋体" w:eastAsia="宋体"/>
          <w:sz w:val="32"/>
        </w:rPr>
        <w:t>时光如梭，年复一年，又一年不同于一年。</w:t>
      </w:r>
    </w:p>
    <w:p>
      <w:pPr>
        <w:spacing w:lineRule="exact" w:line="560"/>
        <w:ind w:firstLine="640"/>
      </w:pPr>
      <w:r>
        <w:rPr>
          <w:rFonts w:ascii="宋体" w:hAnsi="宋体" w:eastAsia="宋体"/>
          <w:sz w:val="32"/>
        </w:rPr>
        <w:t>2019年，属于《中国工人》编辑部的时光，就在一期一期出刊的忙碌中度过。</w:t>
      </w:r>
    </w:p>
    <w:p>
      <w:pPr>
        <w:spacing w:lineRule="exact" w:line="560"/>
        <w:ind w:firstLine="640"/>
      </w:pPr>
      <w:r>
        <w:rPr>
          <w:rFonts w:ascii="宋体" w:hAnsi="宋体" w:eastAsia="宋体"/>
          <w:sz w:val="32"/>
        </w:rPr>
        <w:t>那些我们曾经投去关注的人们还好吗？</w:t>
      </w:r>
    </w:p>
    <w:p>
      <w:pPr>
        <w:spacing w:lineRule="exact" w:line="560"/>
        <w:ind w:firstLine="640"/>
      </w:pPr>
      <w:r>
        <w:rPr>
          <w:rFonts w:ascii="宋体" w:hAnsi="宋体" w:eastAsia="宋体"/>
          <w:sz w:val="32"/>
        </w:rPr>
        <w:t>这一年，我们去了西藏那曲，体会缺氧带来的身体不适，也对自然资源部第一大地测量队和守护青藏铁路的职工有了多一层感同身受的理解。</w:t>
      </w:r>
    </w:p>
    <w:p>
      <w:pPr>
        <w:spacing w:lineRule="exact" w:line="560"/>
        <w:ind w:firstLine="640"/>
      </w:pPr>
      <w:r>
        <w:rPr>
          <w:rFonts w:ascii="宋体" w:hAnsi="宋体" w:eastAsia="宋体"/>
          <w:sz w:val="32"/>
        </w:rPr>
        <w:t>茫茫高原，匮乏的自然物质馈赠，对应着的却是人们更为丰沛的精神世界；这一年，我们去了渤海湾的海上采油平台，在石油职工们默默无语的一餐安静午饭里，窥得一丝丝海上作业枯燥无聊的日常寂寞。</w:t>
      </w:r>
    </w:p>
    <w:p>
      <w:pPr>
        <w:spacing w:lineRule="exact" w:line="560"/>
        <w:ind w:firstLine="640"/>
      </w:pPr>
      <w:r>
        <w:rPr>
          <w:rFonts w:ascii="宋体" w:hAnsi="宋体" w:eastAsia="宋体"/>
          <w:sz w:val="32"/>
        </w:rPr>
        <w:t>于人来说，经历大风大浪是一种考验，总是无风无浪也是一种考验，人的精神世界与什么抵抗并不重要，重要的是用什么构建一个自洽而自得的世界；这一年，我们去了南国城市佛山，与外来打工者一起，在文化宫里参与各种各样的文化活动，一种叫作融入融合的东西，正在这个群体中微妙地发生着化学反应，故乡与他乡的界限在变得模糊，人们的精神世界总归需要找到一个归宿；这一年，我们的办公楼大厅里，建起了一个小小的户外工作者爱心驿站，不管是夏日炎炎还是寒冬凛凛，偶遇进来歇脚喝水避寒纳凉的环卫工人、外卖小哥，都难免会暗暗地小小骄傲一下，这份爱的传递所能带来的人心向暖，持续不断。</w:t>
      </w:r>
    </w:p>
    <w:p>
      <w:pPr>
        <w:spacing w:lineRule="exact" w:line="560"/>
        <w:ind w:firstLine="640"/>
      </w:pPr>
      <w:r>
        <w:rPr>
          <w:rFonts w:ascii="宋体" w:hAnsi="宋体" w:eastAsia="宋体"/>
          <w:sz w:val="32"/>
        </w:rPr>
        <w:t>当然，这一年，我们难过地送走了可称为“传奇工人”的劳模李斌，他所执著追求的事业在他的徒弟们手中传承，而新一年度的“大国工匠”人物又即将诞生。</w:t>
      </w:r>
    </w:p>
    <w:p>
      <w:pPr>
        <w:spacing w:lineRule="exact" w:line="560"/>
        <w:ind w:firstLine="640"/>
      </w:pPr>
      <w:r>
        <w:rPr>
          <w:rFonts w:ascii="宋体" w:hAnsi="宋体" w:eastAsia="宋体"/>
          <w:sz w:val="32"/>
        </w:rPr>
        <w:t>这是生活的如常，也是希望的相承。</w:t>
      </w:r>
    </w:p>
    <w:p>
      <w:pPr>
        <w:spacing w:lineRule="exact" w:line="560"/>
        <w:ind w:firstLine="640"/>
      </w:pPr>
      <w:r>
        <w:rPr>
          <w:rFonts w:ascii="宋体" w:hAnsi="宋体" w:eastAsia="宋体"/>
          <w:sz w:val="32"/>
        </w:rPr>
        <w:t>这一年，我们听到过守护玉龙雪山的林业职工“再艰苦也要守好家园”的旦旦誓言，也追逐过因脱口秀而一举成名的车间女工赵晓卉的世界，我们在大国工匠们的平凡坚守中探寻背后的力量之源，也在共享单车运维员老许的日常工作中窥见时代之变……这些追寻的足迹，是沿着中国工会的视线而出发。</w:t>
      </w:r>
    </w:p>
    <w:p>
      <w:pPr>
        <w:spacing w:lineRule="exact" w:line="560"/>
        <w:ind w:firstLine="640"/>
      </w:pPr>
      <w:r>
        <w:rPr>
          <w:rFonts w:ascii="宋体" w:hAnsi="宋体" w:eastAsia="宋体"/>
          <w:sz w:val="32"/>
        </w:rPr>
        <w:t>这些带回来的故事后面，流淌着全国850万专兼职工会干部的日日付出。</w:t>
      </w:r>
    </w:p>
    <w:p>
      <w:pPr>
        <w:spacing w:lineRule="exact" w:line="560"/>
        <w:ind w:firstLine="640"/>
      </w:pPr>
      <w:r>
        <w:rPr>
          <w:rFonts w:ascii="宋体" w:hAnsi="宋体" w:eastAsia="宋体"/>
          <w:sz w:val="32"/>
        </w:rPr>
        <w:t>而这些，或许工会以外的人很少会注意到。</w:t>
      </w:r>
    </w:p>
    <w:p>
      <w:pPr>
        <w:spacing w:lineRule="exact" w:line="560"/>
        <w:ind w:firstLine="640"/>
      </w:pPr>
      <w:r>
        <w:rPr>
          <w:rFonts w:ascii="宋体" w:hAnsi="宋体" w:eastAsia="宋体"/>
          <w:sz w:val="32"/>
        </w:rPr>
        <w:t>工会人搭起的舞台上，最璀璨的从来都只是职工；工会人经年累月织就的一张扶助网和普惠网，最期待的不过是职工群众的一句肯定。</w:t>
      </w:r>
    </w:p>
    <w:p>
      <w:pPr>
        <w:spacing w:lineRule="exact" w:line="560"/>
        <w:ind w:firstLine="640"/>
      </w:pPr>
      <w:r>
        <w:rPr>
          <w:rFonts w:ascii="宋体" w:hAnsi="宋体" w:eastAsia="宋体"/>
          <w:sz w:val="32"/>
        </w:rPr>
        <w:t>属于我们的2019年，在圣地延安，站在杨家岭上《中国工人》编辑部旧址前，95年与党同行的革命出版历程，时刻提醒着我们，正是那份坚定的初心让这本杂志顽强地在近一个世纪的沧桑流变中多次创刊、复刊。</w:t>
      </w:r>
    </w:p>
    <w:p>
      <w:pPr>
        <w:spacing w:lineRule="exact" w:line="560"/>
        <w:ind w:firstLine="640"/>
      </w:pPr>
      <w:r>
        <w:rPr>
          <w:rFonts w:ascii="宋体" w:hAnsi="宋体" w:eastAsia="宋体"/>
          <w:sz w:val="32"/>
        </w:rPr>
        <w:t>如今，带着始终不变的使命，在新的时代里再出发亦要让它熠熠生辉。</w:t>
      </w:r>
    </w:p>
    <w:p>
      <w:pPr>
        <w:spacing w:lineRule="exact" w:line="560"/>
        <w:ind w:firstLine="640"/>
      </w:pPr>
      <w:r>
        <w:rPr>
          <w:rFonts w:ascii="宋体" w:hAnsi="宋体" w:eastAsia="宋体"/>
          <w:sz w:val="32"/>
        </w:rPr>
        <w:t>独一无二的2019年，每一位努力奔跑着的人们啊，是什么让你如此拼尽全力？</w:t>
      </w:r>
    </w:p>
    <w:p>
      <w:pPr>
        <w:spacing w:lineRule="exact" w:line="560"/>
        <w:ind w:firstLine="640"/>
      </w:pPr>
      <w:r>
        <w:rPr>
          <w:rFonts w:ascii="宋体" w:hAnsi="宋体" w:eastAsia="宋体"/>
          <w:sz w:val="32"/>
        </w:rPr>
        <w:t>这一年，又一年，念念不忘的，矢志不渝的，必然源自内心深处的一份热爱吧。</w:t>
      </w:r>
    </w:p>
    <w:p>
      <w:pPr>
        <w:spacing w:before="240" w:lineRule="exact" w:line="400"/>
      </w:pPr>
      <w:r>
        <w:rPr>
          <w:rFonts w:ascii="宋体" w:hAnsi="宋体" w:eastAsia="宋体"/>
          <w:sz w:val="21"/>
        </w:rPr>
        <w:t>【标签】栏目：刊首语 ｜ 主题：青年与成长 ｜ 刊期：2019 No.12 ｜ 年份：2019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这一年，又一年</dc:title>
  <dc:subject/>
  <dc:creator>李瑾</dc:creator>
  <cp:keywords>中国工人；刊首语；青年与成长</cp:keywords>
  <dc:description>generated by python-docx</dc:description>
  <cp:lastModifiedBy/>
  <cp:revision>1</cp:revision>
  <dcterms:created xsi:type="dcterms:W3CDTF">2013-12-23T23:15:00Z</dcterms:created>
  <dcterms:modified xsi:type="dcterms:W3CDTF">2013-12-23T23:15:00Z</dcterms:modified>
  <cp:category>刊首语</cp:category>
</cp:coreProperties>
</file>