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星河璀璨，筑梦家国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从山东东营的港口出发，去往胜利油田海上钻井平台需要航行两个小时。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原本以为会有些无聊，意外的是，渤海湾内，大大小小的采油平台密布，好不热闹。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这是一个难得的好天气，薄云遮日，海上无风。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海轮扎好锚，大家被软绳笼平稳地悬空吊上平台，一睹海上石油工人的工作与生活。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这是中国最先进的钻井平台—“新胜利五”海洋钻井平台，空间狭窄，设施却一应俱全，生活餐食保障水平不低，只是，对工人来说，工作20天倒一个班，让海上的日子忙碌也单调。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和一位技术工人聊天，话题自然绕到了付出与收获上，那个与收入有关的数字并不惊艳，工人师傅说：“我们很多人都是油二代，对油田有感情，这样的收入已经生活得很踏实了。”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短短的采访时间很快来到尾声，回程的船上，脑海里全是平台上工人们的身影。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大海常常与“茫茫”相连，而这里却有着并不逊色于陆地的繁忙，正是这种巨大的反差，让我愣愣地望着这片海域上的繁忙，思绪开始翻飞：西藏高原极地里的测绘队员、北疆林场里的护林职工、南沙岛屿上的气象“观天者”、东海之滨工厂流水线上的青春面庞、中原大地建设者黝黑的脊梁……短短的记者生涯里，我走过的、见过的、书写过的以及还未曾到达的劳动“风景”处，便是托举起这繁荣盛世最坚实的基石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那一刻，我开始理解，我们赞美劳动时常常与“磅礴伟力”这个词汇相联系的真正含义。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群星闪耀的精英之于历史进程，固然有着丰富的戏剧性影响，但中国从农业社会向工业社会蜕变的百年历史，个体劳动者汇聚起来的力量，才是最终推动社会发展的决定性因素，遑论新中国成立70年来波澜壮阔奇迹频生，无劳动，无巨变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《我们为什么爱祖国—1949-2019:70位中国工人的家国记忆》专刊，是我们献给祖国的一份小小礼物。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它是在时光的隧道里，撷取的家国故事片段；它是对一个阶级的奉献，给予的小小纪念。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家是国的微缩，国是家的放大。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中国工人的家国记忆里，家国相依，缔造奇迹。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中国工人的家国故事里，写满了平凡与伟大的辩证，一瞬与永恒的哲学。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我们为什么爱祖国？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如果这是一句疑问句，相信每个人都会有各自精彩回答。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我们为什么爱祖国？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如果这是一句反问句，相信不同的人在其语气中都会饱含着最浓的情与爱。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我们为什么爱祖国？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因为我们跳动着一颗中国心，共拥中国情，共筑中国梦，中国的未来就是我们的未来。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敬万水江海，敬山峦叠翠，拜朗朗晴空，拜渺渺浩宇。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星河璀璨，共筑家国，一个阶级与他的祖国，躬身共戴这举世荣光。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主题：劳模与精神传承 ｜ 刊期：2019 No.10—11 ｜ 年份：2019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星河璀璨，筑梦家国</dc:title>
  <dc:subject/>
  <dc:creator>李瑾</dc:creator>
  <cp:keywords>中国工人；刊首语；劳模与精神传承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