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时光如风，记忆如岩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眼下，各种劳动和技能竞赛如火如荼。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选手们为职业荣誉而战，总会有人脱颖而出，也总会有更多的人埋下不屈的种子，卧薪尝胆，为了来年再战。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技能竞赛就像劳动者的运动会，通过不同级别大赛的层层选拔，技能高超者终将站上全国乃至世界的领奖台，迎来个人职业生涯的巅峰时刻。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每一位富有理想的技术工人，都要走上这样的奋斗之路。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一位又一位平凡者的故事，汇聚而成的是平凡者的史诗。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一位又一位技能顶尖的“做工的人”，共同构成的是中国工业的强大基石。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在每个人的记忆里，一次职场中的光荣绽放，足以构成人生最宝贵的回忆。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那么，对于我们共同生活的城市来说呢？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幽深巷弄与高楼林立交错，历史印痕和时尚潮流遥望，那些在时间长河里留下过巍峨背影的风流巨匠，无意间拨动过历史齿轮的无名之辈，都是一座城市不可磨灭的记忆。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酷暑之时，《中国工人》的采访组走访了三座与劳模记忆有关的城市。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上海，作为中国工人阶级成长的摇篮之城，70载大江大海的巨变之中，劳动者书写的历史，以不同方式镶嵌在660平方公里的土地上。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我们走访徐虎，为他个人经历与时代变化间的比照而感叹，更为坚信“徐虎精神”永远都会是高高飘扬的劳动旗帜。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我们走访包起帆，为他愈老弥坚的持续创新惊叹，同时也更理解了上海这座城市总能引领历史的原因所在。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沈阳，带着东北风云浓厚印记的城市，不仅是“一朝发祥地，两代帝王都”，更是中国最重要的重工业基地，有着“共和国长子”和“东方鲁尔”的美誉。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如此强大的工业环境，滋养诞生了一位又一位名震中国的劳动模范和大国工匠。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无边界的新工业革命步伐不可阻挡，“东方鲁尔”也需要一次华丽蜕变。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这一切，都离不开匠人匠心的点滴铸就。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北戴河，中国最特别的海滨小城，海浪沙滩，帆影绰绰，渔人晚归，惬意处处。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这座小城与政治的渊源最早可追溯至1898年，清政府宣布北戴河“准允中外人士相杂居住”，政要显贵出入成为寻常。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直到新中国成立，工会组织劳模海滨休养，才让这个北方避暑胜地有了更多平凡又绝不普通的“人民”到来。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尤其是诸多工人疗养院临海而建，接待了千千万万的一线工人，留下了一个国家对劳动至高敬意最生动的画面。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一座城的生长，离不开劳动者的辛劳付出。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一座城的记忆中，理应有劳模的重要位置。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我们撷取的上海、沈阳和北戴河，不过是中国众多城市劳模记忆、劳动记忆的生动缩影。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更多的劳模街、劳模墙、劳模馆和劳模公园，每时每刻都在我们身处的城市里传递着“劳动光荣”信仰，这不仅仅是记忆，也是活的历史。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时光如风，记忆如岩。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今天每一位劳动者为城市添加的砖瓦，都会是城市明日之骄傲。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为劳动者树碑，为劳模立传，所谓精神，便是如此传承。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这些永不磨灭的记忆里，每个人虽不过是沧海一粟，汇聚起来却是一个国家的荣耀。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主题：农民工与群体命运 ｜ 刊期：2018 No.6—7 ｜ 年份：2018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时光如风，记忆如岩</dc:title>
  <dc:subject/>
  <dc:creator>李瑾</dc:creator>
  <cp:keywords>中国工人；刊首语；农民工与群体命运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