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 w:lineRule="exact" w:line="600"/>
        <w:jc w:val="center"/>
      </w:pPr>
      <w:r>
        <w:rPr>
          <w:rFonts w:ascii="宋体" w:hAnsi="宋体" w:eastAsia="宋体"/>
          <w:sz w:val="44"/>
        </w:rPr>
        <w:t>创造一代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5月，劳动是最鲜亮的主题，第六季《大国工匠》在中央电视台播出，一位位大国工匠的故事被更多人熟悉。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这一季，《大国工匠》节目以“创造力”为主题，选取的大国工匠身上都有一些共同特点：高技能、富有创造力，也拥有扎实的创新成果。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比如，洪家光、黄金娟，都是最新的国家科学技术进步奖获得者。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他们，也在《中国工人》的报道中出现过。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所谓创造力，指的是发现和创造新事物的能力。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如何激发创造力，专家们的观点就众说纷纭乃至大相径庭了。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有研究得出结论，没有证据证明，企业为创造力提供的激励政策导致了更多的创新。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但丰田公司却声称，每年大约70%的想法和建议都是员工提出的，员工的创造力比估计的要多得多。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有人沮丧地说，最伟大的创新，是沾了一种难以定义的“仙”光，你没法把它放进表格里来研究投资回报率。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但更多的企业和国家，还是对创新创造之路始终孜孜以求。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尽管在学术研究领域，可以观点各有不同，但从众多大国工匠成长成才的经历中，我们看到了一些相同的因素。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比如说，个体肯钻研、爱动脑、不服输的品质，与所在组织对员工岗位创新的支持鼓励环境相遇，最终创造出了可观的经济价值和社会价值。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事实上，任何一位技术工人最后能够被称为大国工匠，哪个不是经历了10多年乃至20几年的积累。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而所在企业对个体员工的支持投入，也有一段漫长的时间。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本期《中国工人》报道的大国工匠洪家光，工作20年，完成了200多项技术革新，这样的成绩让他拥有了“小车工也能攀登世界高峰”的自豪；大国工匠孙丽，从事机械设计24年，经她之手设计出的4000吨级履带起重机被称为“世界第一吊”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套用当下流行概念，这就是大国工匠养成系实例。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比起偶像养成类综艺的火爆，对于正在聚焦中国制造2025的我们来说，则需要多一点的时间、耐心和投入，去养成一个又一个大国工匠。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与大国工匠们用时光熬出的伟大相比，那些搭建起工业体系最厚重部分的上亿中下层普通技术工人，还需要更多政策照拂。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尽管《提高技术工人待遇的意见》3月正式印发，但在我们最新的采访中，依然有一线工人直言：“好政策还要让我们尽快享受到。”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除了政策落实还需要各级、各部门的步伐再快点之外，在生活压力和社会阶层分化的现实面看，正视一个庞大群体的利益诉求，已经刻不容缓。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否则，当我们还在为大国工匠而骄傲时，一个现实的尴尬或许将长久存在，那就是—以后谁来当工人？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5月，有关劳动的讨论正当其时。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各地也在纷纷开展“大国工匠进校园”活动，身怀绝技的大国工匠们走进校园与孩子们近距离接触。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面对一张张稚嫩的面孔，希望大国工匠们的故事能够在幼小的心中种下“劳动最光荣、劳动最崇高、劳动最伟大、劳动最美丽”的价值观，今后无论在什么岗位上，都能怀有一颗去制造美好，去创造未来的奋斗之心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与之相应，在成年人的世界中，我们必须正视一点，以荣誉为牵引，以兴趣为驱动，在鼓励孩子加入工匠队伍的价值引领之外，还需要将真正的平等、尊重、体面、光荣，落实体现在一位又一位技术工人的个体生活感受之中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唯其如此，创造一代，未来可期。</w:t>
      </w:r>
    </w:p>
    <w:p>
      <w:pPr>
        <w:spacing w:before="240" w:lineRule="exact" w:line="400"/>
      </w:pPr>
      <w:r>
        <w:rPr>
          <w:rFonts w:ascii="宋体" w:hAnsi="宋体" w:eastAsia="宋体"/>
          <w:sz w:val="21"/>
        </w:rPr>
        <w:t>【标签】栏目：刊首语 ｜ 主题：工匠与技艺 ｜ 刊期：2018 No.4—5 ｜ 年份：2018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3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创造一代</dc:title>
  <dc:subject/>
  <dc:creator>李瑾</dc:creator>
  <cp:keywords>中国工人；刊首语；工匠与技艺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>刊首语</cp:category>
</cp:coreProperties>
</file>